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2"/>
        <w:gridCol w:w="3647"/>
      </w:tblGrid>
      <w:tr w:rsidR="00174766" w:rsidRPr="00F925E1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F925E1" w:rsidRPr="00E17DAF" w:rsidRDefault="00F925E1" w:rsidP="00F925E1">
            <w:pPr>
              <w:spacing w:after="40"/>
              <w:rPr>
                <w:rFonts w:ascii="Trebuchet MS" w:hAnsi="Trebuchet MS"/>
                <w:b/>
                <w:sz w:val="17"/>
              </w:rPr>
            </w:pPr>
            <w:proofErr w:type="spellStart"/>
            <w:r w:rsidRPr="00E17DAF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HARGHITA</w:t>
            </w:r>
          </w:p>
          <w:p w:rsidR="00174766" w:rsidRPr="00F925E1" w:rsidRDefault="00F925E1" w:rsidP="00F925E1">
            <w:pPr>
              <w:spacing w:after="40"/>
              <w:rPr>
                <w:rFonts w:ascii="Trebuchet MS" w:hAnsi="Trebuchet MS"/>
              </w:rPr>
            </w:pPr>
            <w:proofErr w:type="spellStart"/>
            <w:r w:rsidRPr="00E17DAF">
              <w:rPr>
                <w:rFonts w:ascii="Trebuchet MS" w:hAnsi="Trebuchet MS"/>
                <w:sz w:val="17"/>
              </w:rPr>
              <w:t>Autor</w:t>
            </w:r>
            <w:bookmarkStart w:id="0" w:name="_GoBack"/>
            <w:bookmarkEnd w:id="0"/>
            <w:r w:rsidRPr="00E17DAF">
              <w:rPr>
                <w:rFonts w:ascii="Trebuchet MS" w:hAnsi="Trebuchet MS"/>
                <w:sz w:val="17"/>
              </w:rPr>
              <w:t>itatea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COMUNA LĂZAREA</w:t>
            </w:r>
            <w:r w:rsidRPr="00E17DAF">
              <w:rPr>
                <w:rFonts w:ascii="Trebuchet MS" w:hAnsi="Trebuchet MS"/>
                <w:sz w:val="17"/>
              </w:rPr>
              <w:br/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E17DAF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E17DAF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E17DAF">
              <w:rPr>
                <w:rFonts w:ascii="Trebuchet MS" w:hAnsi="Trebuchet MS"/>
                <w:b/>
                <w:sz w:val="17"/>
              </w:rPr>
              <w:br/>
            </w:r>
            <w:r w:rsidRPr="00E17DAF">
              <w:rPr>
                <w:rFonts w:ascii="Trebuchet MS" w:hAnsi="Trebuchet MS"/>
                <w:sz w:val="17"/>
              </w:rPr>
              <w:t xml:space="preserve">CIF: </w:t>
            </w:r>
            <w:r w:rsidRPr="00E17DAF">
              <w:rPr>
                <w:rFonts w:ascii="Trebuchet MS" w:hAnsi="Trebuchet MS"/>
                <w:b/>
                <w:sz w:val="17"/>
              </w:rPr>
              <w:t>4368006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F925E1" w:rsidRDefault="00F925E1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E17DAF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8240" behindDoc="0" locked="0" layoutInCell="1" allowOverlap="1" wp14:anchorId="4E2F7D48" wp14:editId="0EE62114">
                  <wp:simplePos x="0" y="0"/>
                  <wp:positionH relativeFrom="margin">
                    <wp:posOffset>833120</wp:posOffset>
                  </wp:positionH>
                  <wp:positionV relativeFrom="margin">
                    <wp:posOffset>40640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925E1">
              <w:rPr>
                <w:rFonts w:ascii="Trebuchet MS" w:hAnsi="Trebuchet MS"/>
                <w:b/>
                <w:sz w:val="17"/>
              </w:rPr>
              <w:br/>
            </w:r>
          </w:p>
          <w:p w:rsidR="00F925E1" w:rsidRDefault="00F925E1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F925E1" w:rsidRDefault="00F925E1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174766" w:rsidRPr="00F925E1" w:rsidRDefault="00F925E1" w:rsidP="00F925E1">
            <w:pPr>
              <w:spacing w:after="0"/>
              <w:jc w:val="center"/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b/>
                <w:sz w:val="17"/>
              </w:rPr>
              <w:t xml:space="preserve">F_A_03 - </w:t>
            </w:r>
            <w:proofErr w:type="spellStart"/>
            <w:r w:rsidRPr="00F925E1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F925E1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i/>
                <w:sz w:val="16"/>
              </w:rPr>
              <w:t>Număr de înregistrare: .....................</w:t>
            </w:r>
            <w:r w:rsidRPr="00F925E1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F925E1">
              <w:rPr>
                <w:rFonts w:ascii="Trebuchet MS" w:hAnsi="Trebuchet MS"/>
                <w:i/>
                <w:sz w:val="16"/>
              </w:rPr>
              <w:br/>
              <w:t>(se completează de autoritate)</w:t>
            </w:r>
          </w:p>
        </w:tc>
      </w:tr>
      <w:tr w:rsidR="00174766" w:rsidRPr="00F925E1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174766" w:rsidRPr="00F925E1" w:rsidRDefault="00F925E1">
            <w:pPr>
              <w:jc w:val="center"/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b/>
                <w:sz w:val="21"/>
              </w:rPr>
              <w:t>DECLARAȚIE PE PROPRIA RĂSPUNDERE PRIVIND PROCEDURA APROBĂRII TACITE</w:t>
            </w:r>
          </w:p>
        </w:tc>
      </w:tr>
    </w:tbl>
    <w:p w:rsidR="00174766" w:rsidRPr="00F925E1" w:rsidRDefault="00174766">
      <w:pPr>
        <w:spacing w:after="80"/>
        <w:rPr>
          <w:rFonts w:ascii="Trebuchet MS" w:hAnsi="Trebuchet MS"/>
        </w:rPr>
      </w:pPr>
    </w:p>
    <w:p w:rsidR="00174766" w:rsidRPr="00F925E1" w:rsidRDefault="00F925E1">
      <w:pPr>
        <w:spacing w:after="40"/>
        <w:rPr>
          <w:rFonts w:ascii="Trebuchet MS" w:hAnsi="Trebuchet MS"/>
        </w:rPr>
      </w:pPr>
      <w:r w:rsidRPr="00F925E1">
        <w:rPr>
          <w:rFonts w:ascii="Trebuchet MS" w:hAnsi="Trebuchet MS"/>
          <w:i/>
        </w:rPr>
        <w:t>conform prevederilor art. 93 alin. (4</w:t>
      </w:r>
      <w:r w:rsidRPr="00F925E1">
        <w:rPr>
          <w:rFonts w:ascii="Trebuchet MS" w:hAnsi="Trebuchet MS"/>
          <w:i/>
        </w:rPr>
        <w:t>), art. 262 alin. (1) lit. m) și art. 269 alin. (16) din Legea nr. 169/2026</w:t>
      </w:r>
    </w:p>
    <w:p w:rsidR="00174766" w:rsidRPr="00F925E1" w:rsidRDefault="00F925E1">
      <w:pPr>
        <w:rPr>
          <w:rFonts w:ascii="Trebuchet MS" w:hAnsi="Trebuchet MS"/>
        </w:rPr>
      </w:pPr>
      <w:r w:rsidRPr="00F925E1">
        <w:rPr>
          <w:rFonts w:ascii="Trebuchet MS" w:hAnsi="Trebuchet MS"/>
          <w:b/>
        </w:rPr>
        <w:t>2. SOLICITANTUL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174766" w:rsidRPr="00F925E1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sz w:val="17"/>
              </w:rPr>
              <w:t xml:space="preserve">Nume și prenume: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174766" w:rsidRPr="00F925E1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sz w:val="17"/>
              </w:rPr>
              <w:t>Act de identitate: Seria ....... Nr. ............</w:t>
            </w:r>
            <w:r w:rsidRPr="00F925E1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sz w:val="17"/>
              </w:rPr>
              <w:t xml:space="preserve">Domiciliul: Județul </w:t>
            </w:r>
            <w:r w:rsidRPr="00F925E1">
              <w:rPr>
                <w:rFonts w:ascii="Trebuchet MS" w:hAnsi="Trebuchet MS"/>
                <w:sz w:val="17"/>
              </w:rPr>
              <w:t>........................................</w:t>
            </w:r>
            <w:r w:rsidRPr="00F925E1">
              <w:rPr>
                <w:rFonts w:ascii="Trebuchet MS" w:hAnsi="Trebuchet MS"/>
                <w:sz w:val="17"/>
              </w:rPr>
              <w:br/>
              <w:t>Municipiul/orașul/comuna: ...........................</w:t>
            </w:r>
            <w:r w:rsidRPr="00F925E1">
              <w:rPr>
                <w:rFonts w:ascii="Trebuchet MS" w:hAnsi="Trebuchet MS"/>
                <w:sz w:val="17"/>
              </w:rPr>
              <w:br/>
              <w:t>Sat/sector: .................... Str. ............................</w:t>
            </w:r>
            <w:r w:rsidRPr="00F925E1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tr w:rsidR="00174766" w:rsidRPr="00F925E1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sz w:val="17"/>
              </w:rPr>
              <w:t>Telefon/Fax: ......................</w:t>
            </w:r>
            <w:r w:rsidRPr="00F925E1">
              <w:rPr>
                <w:rFonts w:ascii="Trebuchet MS" w:hAnsi="Trebuchet MS"/>
                <w:sz w:val="17"/>
              </w:rPr>
              <w:t>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sz w:val="17"/>
              </w:rPr>
              <w:t>E-mail: ....................................................</w:t>
            </w:r>
          </w:p>
        </w:tc>
      </w:tr>
      <w:tr w:rsidR="00174766" w:rsidRPr="00F925E1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sz w:val="17"/>
              </w:rPr>
              <w:t>În calitate de reprezentant al: 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sz w:val="17"/>
              </w:rPr>
              <w:t>CUI/CIF: ....................................................</w:t>
            </w:r>
          </w:p>
        </w:tc>
      </w:tr>
    </w:tbl>
    <w:p w:rsidR="00174766" w:rsidRPr="00F925E1" w:rsidRDefault="00174766">
      <w:pPr>
        <w:spacing w:after="60"/>
        <w:rPr>
          <w:rFonts w:ascii="Trebuchet MS" w:hAnsi="Trebuchet MS"/>
        </w:rPr>
      </w:pPr>
    </w:p>
    <w:p w:rsidR="00174766" w:rsidRPr="00F925E1" w:rsidRDefault="00F925E1">
      <w:pPr>
        <w:rPr>
          <w:rFonts w:ascii="Trebuchet MS" w:hAnsi="Trebuchet MS"/>
        </w:rPr>
      </w:pPr>
      <w:r w:rsidRPr="00F925E1">
        <w:rPr>
          <w:rFonts w:ascii="Trebuchet MS" w:hAnsi="Trebuchet MS"/>
          <w:b/>
        </w:rPr>
        <w:t xml:space="preserve">2. BENEFICIAR AL: </w:t>
      </w:r>
      <w:sdt>
        <w:sdtPr>
          <w:rPr>
            <w:rFonts w:ascii="Trebuchet MS" w:hAnsi="Trebuchet MS"/>
          </w:rPr>
          <w:id w:val="-1750031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925E1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F925E1">
        <w:rPr>
          <w:rFonts w:ascii="Trebuchet MS" w:hAnsi="Trebuchet MS"/>
          <w:sz w:val="18"/>
        </w:rPr>
        <w:t xml:space="preserve"> Documentației de amenajare / urbanis</w:t>
      </w:r>
      <w:r w:rsidRPr="00F925E1">
        <w:rPr>
          <w:rFonts w:ascii="Trebuchet MS" w:hAnsi="Trebuchet MS"/>
          <w:sz w:val="18"/>
        </w:rPr>
        <w:t>m</w:t>
      </w:r>
      <w:r w:rsidRPr="00F925E1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1241287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925E1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F925E1">
        <w:rPr>
          <w:rFonts w:ascii="Trebuchet MS" w:hAnsi="Trebuchet MS"/>
          <w:sz w:val="18"/>
        </w:rPr>
        <w:t xml:space="preserve"> Investiției pentru AC/AD</w:t>
      </w:r>
      <w:r w:rsidRPr="00F925E1">
        <w:rPr>
          <w:rFonts w:ascii="Trebuchet MS" w:hAnsi="Trebuchet MS"/>
        </w:rPr>
        <w:t xml:space="preserve"> în baza CU nr. .......... din ..........</w:t>
      </w:r>
    </w:p>
    <w:p w:rsidR="00174766" w:rsidRPr="00F925E1" w:rsidRDefault="00F925E1">
      <w:pPr>
        <w:rPr>
          <w:rFonts w:ascii="Trebuchet MS" w:hAnsi="Trebuchet MS"/>
        </w:rPr>
      </w:pPr>
      <w:r w:rsidRPr="00F925E1">
        <w:rPr>
          <w:rFonts w:ascii="Trebuchet MS" w:hAnsi="Trebuchet MS"/>
        </w:rPr>
        <w:t>3. DECLAR PE PROPRIA RĂSPUNDERE că pentru avizele depuse nu am primit în termenul legal:</w:t>
      </w:r>
      <w:r w:rsidRPr="00F925E1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447592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925E1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F925E1">
        <w:rPr>
          <w:rFonts w:ascii="Trebuchet MS" w:hAnsi="Trebuchet MS"/>
          <w:sz w:val="18"/>
        </w:rPr>
        <w:t xml:space="preserve"> nicio solicitare de clarificare, completare sau modificare</w:t>
      </w:r>
      <w:r w:rsidRPr="00F925E1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477116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925E1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F925E1">
        <w:rPr>
          <w:rFonts w:ascii="Trebuchet MS" w:hAnsi="Trebuchet MS"/>
          <w:sz w:val="18"/>
        </w:rPr>
        <w:t xml:space="preserve"> niciun aviz sau acord cu sa</w:t>
      </w:r>
      <w:r w:rsidRPr="00F925E1">
        <w:rPr>
          <w:rFonts w:ascii="Trebuchet MS" w:hAnsi="Trebuchet MS"/>
          <w:sz w:val="18"/>
        </w:rPr>
        <w:t>u fără condiții</w:t>
      </w:r>
      <w:r w:rsidRPr="00F925E1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79400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925E1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F925E1">
        <w:rPr>
          <w:rFonts w:ascii="Trebuchet MS" w:hAnsi="Trebuchet MS"/>
          <w:sz w:val="18"/>
        </w:rPr>
        <w:t xml:space="preserve"> nicio adresă de respingere</w:t>
      </w:r>
    </w:p>
    <w:p w:rsidR="00174766" w:rsidRPr="00F925E1" w:rsidRDefault="00F925E1">
      <w:pPr>
        <w:rPr>
          <w:rFonts w:ascii="Trebuchet MS" w:hAnsi="Trebuchet MS"/>
        </w:rPr>
      </w:pPr>
      <w:r w:rsidRPr="00F925E1">
        <w:rPr>
          <w:rFonts w:ascii="Trebuchet MS" w:hAnsi="Trebuchet MS"/>
          <w:b/>
        </w:rPr>
        <w:t>4. TABELUL AVIZELOR PENTRU CARE SE INVOCĂ APROBAREA TACITĂ: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86"/>
        <w:gridCol w:w="2187"/>
        <w:gridCol w:w="2187"/>
        <w:gridCol w:w="2187"/>
        <w:gridCol w:w="2187"/>
      </w:tblGrid>
      <w:tr w:rsidR="00174766" w:rsidRPr="00F925E1">
        <w:trPr>
          <w:jc w:val="center"/>
        </w:trPr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8E8E8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b/>
              </w:rPr>
              <w:t>Nr.</w:t>
            </w: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8E8E8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b/>
              </w:rPr>
              <w:t>Avizul solicitat</w:t>
            </w: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8E8E8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b/>
              </w:rPr>
              <w:t>Instituția solicitată</w:t>
            </w: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8E8E8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b/>
              </w:rPr>
              <w:t>Dată/nr. înregistrare</w:t>
            </w: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8E8E8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b/>
              </w:rPr>
              <w:t>Data împlinirii termenului</w:t>
            </w:r>
          </w:p>
        </w:tc>
      </w:tr>
      <w:tr w:rsidR="00174766" w:rsidRPr="00F925E1">
        <w:trPr>
          <w:jc w:val="center"/>
        </w:trPr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</w:tr>
      <w:tr w:rsidR="00174766" w:rsidRPr="00F925E1">
        <w:trPr>
          <w:jc w:val="center"/>
        </w:trPr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</w:tr>
      <w:tr w:rsidR="00174766" w:rsidRPr="00F925E1">
        <w:trPr>
          <w:jc w:val="center"/>
        </w:trPr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</w:tr>
      <w:tr w:rsidR="00174766" w:rsidRPr="00F925E1">
        <w:trPr>
          <w:jc w:val="center"/>
        </w:trPr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  <w:tc>
          <w:tcPr>
            <w:tcW w:w="218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5" w:type="dxa"/>
              <w:left w:w="40" w:type="dxa"/>
              <w:bottom w:w="25" w:type="dxa"/>
              <w:right w:w="40" w:type="dxa"/>
            </w:tcMar>
          </w:tcPr>
          <w:p w:rsidR="00174766" w:rsidRPr="00F925E1" w:rsidRDefault="00174766">
            <w:pPr>
              <w:rPr>
                <w:rFonts w:ascii="Trebuchet MS" w:hAnsi="Trebuchet MS"/>
              </w:rPr>
            </w:pPr>
          </w:p>
        </w:tc>
      </w:tr>
    </w:tbl>
    <w:p w:rsidR="00174766" w:rsidRPr="00F925E1" w:rsidRDefault="00F925E1">
      <w:pPr>
        <w:spacing w:before="80"/>
        <w:rPr>
          <w:rFonts w:ascii="Trebuchet MS" w:hAnsi="Trebuchet MS"/>
        </w:rPr>
      </w:pPr>
      <w:r w:rsidRPr="00F925E1">
        <w:rPr>
          <w:rFonts w:ascii="Trebuchet MS" w:hAnsi="Trebuchet MS"/>
        </w:rPr>
        <w:t xml:space="preserve">5. ASUMAREA RĂSPUNDERII ȘI </w:t>
      </w:r>
      <w:r w:rsidRPr="00F925E1">
        <w:rPr>
          <w:rFonts w:ascii="Trebuchet MS" w:hAnsi="Trebuchet MS"/>
        </w:rPr>
        <w:t>CONSIMȚĂMÂNTUL GDPR conform legii penale (art. 326 Cod Penal falsul în declarații).</w:t>
      </w:r>
    </w:p>
    <w:p w:rsidR="00174766" w:rsidRPr="00F925E1" w:rsidRDefault="00F925E1">
      <w:pPr>
        <w:rPr>
          <w:rFonts w:ascii="Trebuchet MS" w:hAnsi="Trebuchet MS"/>
        </w:rPr>
      </w:pPr>
      <w:r w:rsidRPr="00F925E1">
        <w:rPr>
          <w:rFonts w:ascii="Trebuchet MS" w:hAnsi="Trebuchet MS"/>
          <w:b/>
        </w:rPr>
        <w:t>6.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174766" w:rsidRPr="00F925E1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sz w:val="18"/>
              </w:rPr>
              <w:t>Data: 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174766" w:rsidRPr="00F925E1" w:rsidRDefault="00F925E1">
            <w:pPr>
              <w:rPr>
                <w:rFonts w:ascii="Trebuchet MS" w:hAnsi="Trebuchet MS"/>
              </w:rPr>
            </w:pPr>
            <w:r w:rsidRPr="00F925E1">
              <w:rPr>
                <w:rFonts w:ascii="Trebuchet MS" w:hAnsi="Trebuchet MS"/>
                <w:sz w:val="18"/>
              </w:rPr>
              <w:t>Beneficiarul / Reprezentantul: ........................................</w:t>
            </w:r>
            <w:r w:rsidRPr="00F925E1">
              <w:rPr>
                <w:rFonts w:ascii="Trebuchet MS" w:hAnsi="Trebuchet MS"/>
                <w:sz w:val="18"/>
              </w:rPr>
              <w:br/>
              <w:t>Semnătura: .....................</w:t>
            </w:r>
            <w:r w:rsidRPr="00F925E1">
              <w:rPr>
                <w:rFonts w:ascii="Trebuchet MS" w:hAnsi="Trebuchet MS"/>
                <w:sz w:val="18"/>
              </w:rPr>
              <w:t>...................</w:t>
            </w:r>
          </w:p>
        </w:tc>
      </w:tr>
    </w:tbl>
    <w:p w:rsidR="00174766" w:rsidRPr="00F925E1" w:rsidRDefault="00174766">
      <w:pPr>
        <w:spacing w:after="80"/>
        <w:rPr>
          <w:rFonts w:ascii="Trebuchet MS" w:hAnsi="Trebuchet MS"/>
        </w:rPr>
      </w:pPr>
    </w:p>
    <w:sectPr w:rsidR="00174766" w:rsidRPr="00F925E1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4766"/>
    <w:rsid w:val="0029639D"/>
    <w:rsid w:val="00326F90"/>
    <w:rsid w:val="00AA1D8D"/>
    <w:rsid w:val="00B47730"/>
    <w:rsid w:val="00CB0664"/>
    <w:rsid w:val="00F925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DE0F85"/>
  <w14:defaultImageDpi w14:val="300"/>
  <w15:docId w15:val="{EA90C1C4-087D-48EF-97E6-1A7F0612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329E7AD-109D-477B-9BDC-95879512F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2026-09-11T08:47:00Z</dcterms:created>
  <dcterms:modified xsi:type="dcterms:W3CDTF">2026-09-11T08:47:00Z</dcterms:modified>
  <cp:category/>
</cp:coreProperties>
</file>